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1DFCF" w14:textId="77777777" w:rsidR="005407ED" w:rsidRDefault="00000000">
      <w:pPr>
        <w:jc w:val="center"/>
        <w:rPr>
          <w:b/>
          <w:sz w:val="26"/>
          <w:szCs w:val="26"/>
        </w:rPr>
      </w:pPr>
      <w:r w:rsidRPr="00151917">
        <w:rPr>
          <w:b/>
          <w:sz w:val="26"/>
          <w:szCs w:val="26"/>
        </w:rPr>
        <w:t>National Cancer Center Japan</w:t>
      </w:r>
      <w:r w:rsidRPr="00151917">
        <w:rPr>
          <w:b/>
          <w:sz w:val="26"/>
          <w:szCs w:val="26"/>
        </w:rPr>
        <w:br/>
        <w:t>Application Form for Early Clinical Development Support</w:t>
      </w:r>
    </w:p>
    <w:p w14:paraId="1D728091" w14:textId="77777777" w:rsidR="009524B2" w:rsidRPr="00151917" w:rsidRDefault="009524B2">
      <w:pPr>
        <w:jc w:val="center"/>
        <w:rPr>
          <w:sz w:val="26"/>
          <w:szCs w:val="26"/>
        </w:rPr>
      </w:pPr>
    </w:p>
    <w:p w14:paraId="2D63EB55" w14:textId="03403FE0" w:rsidR="005407ED" w:rsidRDefault="00000000">
      <w:pPr>
        <w:rPr>
          <w:lang w:eastAsia="ja-JP"/>
        </w:rPr>
      </w:pPr>
      <w:r w:rsidRPr="00E55974">
        <w:rPr>
          <w:b/>
          <w:bCs/>
        </w:rPr>
        <w:t>Dat</w:t>
      </w:r>
      <w:r w:rsidRPr="00E55974">
        <w:t>e: ___</w:t>
      </w:r>
      <w:r w:rsidRPr="00E55974">
        <w:rPr>
          <w:u w:val="single"/>
        </w:rPr>
        <w:t xml:space="preserve">_ </w:t>
      </w:r>
      <w:r w:rsidR="001034A7" w:rsidRPr="00E55974">
        <w:rPr>
          <w:rFonts w:hint="eastAsia"/>
          <w:u w:val="single"/>
          <w:lang w:eastAsia="ja-JP"/>
        </w:rPr>
        <w:t xml:space="preserve"> </w:t>
      </w:r>
      <w:r w:rsidR="001034A7" w:rsidRPr="00E55974">
        <w:rPr>
          <w:rFonts w:hint="eastAsia"/>
          <w:lang w:eastAsia="ja-JP"/>
        </w:rPr>
        <w:t xml:space="preserve"> </w:t>
      </w:r>
      <w:r w:rsidR="00CC530A">
        <w:rPr>
          <w:rFonts w:hint="eastAsia"/>
          <w:lang w:eastAsia="ja-JP"/>
        </w:rPr>
        <w:t>/</w:t>
      </w:r>
      <w:r w:rsidR="00F44DE3">
        <w:rPr>
          <w:rFonts w:hint="eastAsia"/>
          <w:lang w:eastAsia="ja-JP"/>
        </w:rPr>
        <w:t xml:space="preserve">  </w:t>
      </w:r>
      <w:r w:rsidR="001034A7" w:rsidRPr="00E55974">
        <w:rPr>
          <w:rFonts w:hint="eastAsia"/>
          <w:u w:val="single"/>
          <w:lang w:eastAsia="ja-JP"/>
        </w:rPr>
        <w:t xml:space="preserve"> </w:t>
      </w:r>
      <w:r w:rsidRPr="00E55974">
        <w:rPr>
          <w:u w:val="single"/>
        </w:rPr>
        <w:t xml:space="preserve"> __</w:t>
      </w:r>
      <w:r w:rsidRPr="00E55974">
        <w:t>_</w:t>
      </w:r>
      <w:r w:rsidR="00CC530A" w:rsidRPr="00E55974">
        <w:t>_</w:t>
      </w:r>
      <w:r w:rsidR="00CC530A">
        <w:rPr>
          <w:lang w:eastAsia="ja-JP"/>
        </w:rPr>
        <w:t xml:space="preserve"> /</w:t>
      </w:r>
      <w:r w:rsidR="001034A7" w:rsidRPr="00E55974">
        <w:rPr>
          <w:lang w:eastAsia="ja-JP"/>
        </w:rPr>
        <w:t xml:space="preserve"> </w:t>
      </w:r>
      <w:r w:rsidRPr="00E55974">
        <w:t>_____</w:t>
      </w:r>
      <w:r w:rsidR="00F44DE3">
        <w:rPr>
          <w:rFonts w:hint="eastAsia"/>
          <w:lang w:eastAsia="ja-JP"/>
        </w:rPr>
        <w:t xml:space="preserve"> </w:t>
      </w:r>
    </w:p>
    <w:tbl>
      <w:tblPr>
        <w:tblStyle w:val="afe"/>
        <w:tblW w:w="0" w:type="auto"/>
        <w:tblLook w:val="04A0" w:firstRow="1" w:lastRow="0" w:firstColumn="1" w:lastColumn="0" w:noHBand="0" w:noVBand="1"/>
      </w:tblPr>
      <w:tblGrid>
        <w:gridCol w:w="2880"/>
        <w:gridCol w:w="5733"/>
      </w:tblGrid>
      <w:tr w:rsidR="001B64AA" w14:paraId="4E4C40A3" w14:textId="77777777" w:rsidTr="001034A7">
        <w:trPr>
          <w:trHeight w:val="510"/>
        </w:trPr>
        <w:tc>
          <w:tcPr>
            <w:tcW w:w="2880" w:type="dxa"/>
            <w:vAlign w:val="center"/>
          </w:tcPr>
          <w:p w14:paraId="6D47DB57" w14:textId="38C4E455" w:rsidR="001B64AA" w:rsidRPr="00E55974" w:rsidRDefault="006C6D60" w:rsidP="001034A7">
            <w:pPr>
              <w:jc w:val="both"/>
              <w:rPr>
                <w:b/>
                <w:bCs/>
                <w:lang w:eastAsia="ja-JP"/>
              </w:rPr>
            </w:pPr>
            <w:r w:rsidRPr="00E55974">
              <w:rPr>
                <w:rFonts w:hint="eastAsia"/>
                <w:b/>
                <w:bCs/>
                <w:lang w:eastAsia="ja-JP"/>
              </w:rPr>
              <w:t xml:space="preserve">Name of </w:t>
            </w:r>
            <w:r w:rsidR="001B64AA" w:rsidRPr="00E55974">
              <w:rPr>
                <w:b/>
                <w:bCs/>
                <w:lang w:eastAsia="ja-JP"/>
              </w:rPr>
              <w:t>Applicant</w:t>
            </w:r>
          </w:p>
        </w:tc>
        <w:tc>
          <w:tcPr>
            <w:tcW w:w="5733" w:type="dxa"/>
            <w:vAlign w:val="center"/>
          </w:tcPr>
          <w:p w14:paraId="0F33B8FB" w14:textId="77777777" w:rsidR="001B64AA" w:rsidRDefault="001B64AA" w:rsidP="001034A7">
            <w:pPr>
              <w:jc w:val="both"/>
              <w:rPr>
                <w:lang w:eastAsia="ja-JP"/>
              </w:rPr>
            </w:pPr>
          </w:p>
        </w:tc>
      </w:tr>
      <w:tr w:rsidR="001B64AA" w14:paraId="3B8AB5C0" w14:textId="77777777" w:rsidTr="001034A7">
        <w:trPr>
          <w:trHeight w:val="510"/>
        </w:trPr>
        <w:tc>
          <w:tcPr>
            <w:tcW w:w="2880" w:type="dxa"/>
            <w:vAlign w:val="center"/>
          </w:tcPr>
          <w:p w14:paraId="5E5883AE" w14:textId="214FF2E5" w:rsidR="001B64AA" w:rsidRPr="00E55974" w:rsidRDefault="006C6D60" w:rsidP="001034A7">
            <w:pPr>
              <w:jc w:val="both"/>
              <w:rPr>
                <w:b/>
                <w:bCs/>
                <w:lang w:eastAsia="ja-JP"/>
              </w:rPr>
            </w:pPr>
            <w:r w:rsidRPr="00E55974">
              <w:rPr>
                <w:b/>
                <w:bCs/>
                <w:lang w:eastAsia="ja-JP"/>
              </w:rPr>
              <w:t>Institution / Company / Organization</w:t>
            </w:r>
          </w:p>
        </w:tc>
        <w:tc>
          <w:tcPr>
            <w:tcW w:w="5733" w:type="dxa"/>
            <w:vAlign w:val="center"/>
          </w:tcPr>
          <w:p w14:paraId="6C1D4FC9" w14:textId="77777777" w:rsidR="001B64AA" w:rsidRDefault="001B64AA" w:rsidP="001034A7">
            <w:pPr>
              <w:jc w:val="both"/>
              <w:rPr>
                <w:lang w:eastAsia="ja-JP"/>
              </w:rPr>
            </w:pPr>
          </w:p>
        </w:tc>
      </w:tr>
      <w:tr w:rsidR="001B64AA" w14:paraId="7AB79E01" w14:textId="77777777" w:rsidTr="001034A7">
        <w:trPr>
          <w:trHeight w:val="510"/>
        </w:trPr>
        <w:tc>
          <w:tcPr>
            <w:tcW w:w="8613" w:type="dxa"/>
            <w:gridSpan w:val="2"/>
            <w:vAlign w:val="center"/>
          </w:tcPr>
          <w:p w14:paraId="02F1362A" w14:textId="5F062B92" w:rsidR="001B64AA" w:rsidRPr="00E55974" w:rsidRDefault="001B64AA" w:rsidP="001034A7">
            <w:pPr>
              <w:jc w:val="both"/>
              <w:rPr>
                <w:b/>
                <w:bCs/>
                <w:lang w:eastAsia="ja-JP"/>
              </w:rPr>
            </w:pPr>
            <w:r w:rsidRPr="00E55974">
              <w:rPr>
                <w:b/>
                <w:bCs/>
                <w:lang w:eastAsia="ja-JP"/>
              </w:rPr>
              <w:t>Contact Information</w:t>
            </w:r>
          </w:p>
        </w:tc>
      </w:tr>
      <w:tr w:rsidR="001B64AA" w14:paraId="7F6B7E37" w14:textId="77777777" w:rsidTr="001034A7">
        <w:trPr>
          <w:trHeight w:val="510"/>
        </w:trPr>
        <w:tc>
          <w:tcPr>
            <w:tcW w:w="2880" w:type="dxa"/>
            <w:vAlign w:val="center"/>
          </w:tcPr>
          <w:p w14:paraId="536B5799" w14:textId="0A948889" w:rsidR="001B64AA" w:rsidRPr="00E55974" w:rsidRDefault="001B64AA" w:rsidP="007D62B1">
            <w:pPr>
              <w:pStyle w:val="ae"/>
              <w:numPr>
                <w:ilvl w:val="0"/>
                <w:numId w:val="11"/>
              </w:numPr>
              <w:rPr>
                <w:b/>
                <w:bCs/>
                <w:lang w:eastAsia="ja-JP"/>
              </w:rPr>
            </w:pPr>
            <w:r w:rsidRPr="00E55974">
              <w:rPr>
                <w:b/>
                <w:bCs/>
                <w:lang w:eastAsia="ja-JP"/>
              </w:rPr>
              <w:t>Primary Contact</w:t>
            </w:r>
            <w:r w:rsidR="006C6D60" w:rsidRPr="00E55974">
              <w:rPr>
                <w:rFonts w:hint="eastAsia"/>
                <w:b/>
                <w:bCs/>
                <w:lang w:eastAsia="ja-JP"/>
              </w:rPr>
              <w:t xml:space="preserve"> Person</w:t>
            </w:r>
          </w:p>
        </w:tc>
        <w:tc>
          <w:tcPr>
            <w:tcW w:w="5733" w:type="dxa"/>
            <w:vAlign w:val="center"/>
          </w:tcPr>
          <w:p w14:paraId="6E1A3B8D" w14:textId="77777777" w:rsidR="001B64AA" w:rsidRDefault="001B64AA" w:rsidP="001034A7">
            <w:pPr>
              <w:jc w:val="both"/>
              <w:rPr>
                <w:lang w:eastAsia="ja-JP"/>
              </w:rPr>
            </w:pPr>
          </w:p>
        </w:tc>
      </w:tr>
      <w:tr w:rsidR="001B64AA" w14:paraId="0DFB0DEA" w14:textId="77777777" w:rsidTr="001034A7">
        <w:trPr>
          <w:trHeight w:val="510"/>
        </w:trPr>
        <w:tc>
          <w:tcPr>
            <w:tcW w:w="2880" w:type="dxa"/>
            <w:vAlign w:val="center"/>
          </w:tcPr>
          <w:p w14:paraId="59D5F6B2" w14:textId="7A5C9717" w:rsidR="001B64AA" w:rsidRPr="00E55974" w:rsidRDefault="001B64AA" w:rsidP="00E55974">
            <w:pPr>
              <w:pStyle w:val="ae"/>
              <w:numPr>
                <w:ilvl w:val="0"/>
                <w:numId w:val="11"/>
              </w:numPr>
              <w:jc w:val="both"/>
              <w:rPr>
                <w:b/>
                <w:bCs/>
                <w:lang w:eastAsia="ja-JP"/>
              </w:rPr>
            </w:pPr>
            <w:r w:rsidRPr="00E55974">
              <w:rPr>
                <w:b/>
                <w:bCs/>
                <w:lang w:eastAsia="ja-JP"/>
              </w:rPr>
              <w:t>Department / Division</w:t>
            </w:r>
          </w:p>
        </w:tc>
        <w:tc>
          <w:tcPr>
            <w:tcW w:w="5733" w:type="dxa"/>
            <w:vAlign w:val="center"/>
          </w:tcPr>
          <w:p w14:paraId="6085F453" w14:textId="77777777" w:rsidR="001B64AA" w:rsidRDefault="001B64AA" w:rsidP="001034A7">
            <w:pPr>
              <w:jc w:val="both"/>
              <w:rPr>
                <w:lang w:eastAsia="ja-JP"/>
              </w:rPr>
            </w:pPr>
          </w:p>
        </w:tc>
      </w:tr>
      <w:tr w:rsidR="001B64AA" w14:paraId="0F973710" w14:textId="77777777" w:rsidTr="001034A7">
        <w:trPr>
          <w:trHeight w:val="510"/>
        </w:trPr>
        <w:tc>
          <w:tcPr>
            <w:tcW w:w="2880" w:type="dxa"/>
            <w:vAlign w:val="center"/>
          </w:tcPr>
          <w:p w14:paraId="7351923C" w14:textId="780FBD00" w:rsidR="001B64AA" w:rsidRPr="00E55974" w:rsidRDefault="001B64AA" w:rsidP="00E55974">
            <w:pPr>
              <w:pStyle w:val="ae"/>
              <w:numPr>
                <w:ilvl w:val="0"/>
                <w:numId w:val="11"/>
              </w:numPr>
              <w:jc w:val="both"/>
              <w:rPr>
                <w:b/>
                <w:bCs/>
                <w:lang w:eastAsia="ja-JP"/>
              </w:rPr>
            </w:pPr>
            <w:r w:rsidRPr="00E55974">
              <w:rPr>
                <w:b/>
                <w:bCs/>
                <w:lang w:eastAsia="ja-JP"/>
              </w:rPr>
              <w:t>Telephone Number</w:t>
            </w:r>
          </w:p>
        </w:tc>
        <w:tc>
          <w:tcPr>
            <w:tcW w:w="5733" w:type="dxa"/>
            <w:vAlign w:val="center"/>
          </w:tcPr>
          <w:p w14:paraId="68293305" w14:textId="77777777" w:rsidR="001B64AA" w:rsidRDefault="001B64AA" w:rsidP="001034A7">
            <w:pPr>
              <w:jc w:val="both"/>
              <w:rPr>
                <w:lang w:eastAsia="ja-JP"/>
              </w:rPr>
            </w:pPr>
          </w:p>
        </w:tc>
      </w:tr>
      <w:tr w:rsidR="001B64AA" w14:paraId="0FB51B30" w14:textId="77777777" w:rsidTr="001034A7">
        <w:trPr>
          <w:trHeight w:val="510"/>
        </w:trPr>
        <w:tc>
          <w:tcPr>
            <w:tcW w:w="2880" w:type="dxa"/>
            <w:vAlign w:val="center"/>
          </w:tcPr>
          <w:p w14:paraId="37281809" w14:textId="7907064C" w:rsidR="001B64AA" w:rsidRPr="00E55974" w:rsidRDefault="001B64AA" w:rsidP="00E55974">
            <w:pPr>
              <w:pStyle w:val="ae"/>
              <w:numPr>
                <w:ilvl w:val="0"/>
                <w:numId w:val="11"/>
              </w:numPr>
              <w:jc w:val="both"/>
              <w:rPr>
                <w:b/>
                <w:bCs/>
                <w:lang w:eastAsia="ja-JP"/>
              </w:rPr>
            </w:pPr>
            <w:r w:rsidRPr="00E55974">
              <w:rPr>
                <w:b/>
                <w:bCs/>
                <w:lang w:eastAsia="ja-JP"/>
              </w:rPr>
              <w:t>Email Address</w:t>
            </w:r>
          </w:p>
        </w:tc>
        <w:tc>
          <w:tcPr>
            <w:tcW w:w="5733" w:type="dxa"/>
            <w:vAlign w:val="center"/>
          </w:tcPr>
          <w:p w14:paraId="5A3DCB82" w14:textId="77777777" w:rsidR="001B64AA" w:rsidRDefault="001B64AA" w:rsidP="001034A7">
            <w:pPr>
              <w:jc w:val="both"/>
              <w:rPr>
                <w:lang w:eastAsia="ja-JP"/>
              </w:rPr>
            </w:pPr>
          </w:p>
        </w:tc>
      </w:tr>
      <w:tr w:rsidR="001B64AA" w14:paraId="668C73A1" w14:textId="77777777" w:rsidTr="001034A7">
        <w:trPr>
          <w:trHeight w:val="510"/>
        </w:trPr>
        <w:tc>
          <w:tcPr>
            <w:tcW w:w="2880" w:type="dxa"/>
            <w:vAlign w:val="center"/>
          </w:tcPr>
          <w:p w14:paraId="31E0B590" w14:textId="5223A251" w:rsidR="001B64AA" w:rsidRDefault="001B64AA" w:rsidP="001034A7">
            <w:pPr>
              <w:jc w:val="both"/>
              <w:rPr>
                <w:lang w:eastAsia="ja-JP"/>
              </w:rPr>
            </w:pPr>
            <w:r w:rsidRPr="00E55974">
              <w:rPr>
                <w:b/>
                <w:bCs/>
                <w:lang w:eastAsia="ja-JP"/>
              </w:rPr>
              <w:t>Initial Meeting Attendees</w:t>
            </w:r>
            <w:r>
              <w:rPr>
                <w:lang w:eastAsia="ja-JP"/>
              </w:rPr>
              <w:t xml:space="preserve"> </w:t>
            </w:r>
            <w:r w:rsidR="007D62B1">
              <w:rPr>
                <w:rFonts w:hint="eastAsia"/>
                <w:lang w:eastAsia="ja-JP"/>
              </w:rPr>
              <w:t>（</w:t>
            </w:r>
            <w:r>
              <w:rPr>
                <w:lang w:eastAsia="ja-JP"/>
              </w:rPr>
              <w:t>Names and Affiliations</w:t>
            </w:r>
            <w:r w:rsidR="007D62B1">
              <w:rPr>
                <w:rFonts w:hint="eastAsia"/>
                <w:lang w:eastAsia="ja-JP"/>
              </w:rPr>
              <w:t>）</w:t>
            </w:r>
          </w:p>
        </w:tc>
        <w:tc>
          <w:tcPr>
            <w:tcW w:w="5733" w:type="dxa"/>
            <w:vAlign w:val="center"/>
          </w:tcPr>
          <w:p w14:paraId="2BB8AB32" w14:textId="77777777" w:rsidR="001B64AA" w:rsidRPr="007D62B1" w:rsidRDefault="001B64AA" w:rsidP="001034A7">
            <w:pPr>
              <w:jc w:val="both"/>
              <w:rPr>
                <w:lang w:eastAsia="ja-JP"/>
              </w:rPr>
            </w:pPr>
          </w:p>
        </w:tc>
      </w:tr>
    </w:tbl>
    <w:p w14:paraId="7A581C93" w14:textId="77777777" w:rsidR="005407ED" w:rsidRDefault="00000000" w:rsidP="006E7130">
      <w:pPr>
        <w:pStyle w:val="1"/>
        <w:spacing w:before="320"/>
      </w:pPr>
      <w:r>
        <w:t>Project Consultation Details</w:t>
      </w:r>
    </w:p>
    <w:p w14:paraId="214D3D7F" w14:textId="77777777" w:rsidR="005407ED" w:rsidRDefault="00000000" w:rsidP="00151917">
      <w:pPr>
        <w:spacing w:after="120"/>
      </w:pPr>
      <w:r>
        <w:t>Please provide information to the extent possible prior to execution of a Confidential Disclosure Agreement (CDA/NDA).</w:t>
      </w:r>
    </w:p>
    <w:tbl>
      <w:tblPr>
        <w:tblStyle w:val="afe"/>
        <w:tblW w:w="0" w:type="auto"/>
        <w:tblLook w:val="04A0" w:firstRow="1" w:lastRow="0" w:firstColumn="1" w:lastColumn="0" w:noHBand="0" w:noVBand="1"/>
      </w:tblPr>
      <w:tblGrid>
        <w:gridCol w:w="2934"/>
        <w:gridCol w:w="5696"/>
      </w:tblGrid>
      <w:tr w:rsidR="005407ED" w14:paraId="3B611A49" w14:textId="77777777" w:rsidTr="001B64AA">
        <w:tc>
          <w:tcPr>
            <w:tcW w:w="2943" w:type="dxa"/>
          </w:tcPr>
          <w:p w14:paraId="2B3D01FC" w14:textId="77777777" w:rsidR="005407ED" w:rsidRDefault="00000000">
            <w:r>
              <w:t>Item</w:t>
            </w:r>
          </w:p>
        </w:tc>
        <w:tc>
          <w:tcPr>
            <w:tcW w:w="5697" w:type="dxa"/>
          </w:tcPr>
          <w:p w14:paraId="5E81FA02" w14:textId="77777777" w:rsidR="005407ED" w:rsidRDefault="00000000">
            <w:r>
              <w:t>Details</w:t>
            </w:r>
          </w:p>
        </w:tc>
      </w:tr>
      <w:tr w:rsidR="005407ED" w14:paraId="38EB59AE" w14:textId="77777777" w:rsidTr="00A53A56">
        <w:trPr>
          <w:trHeight w:val="567"/>
        </w:trPr>
        <w:tc>
          <w:tcPr>
            <w:tcW w:w="2943" w:type="dxa"/>
          </w:tcPr>
          <w:p w14:paraId="173A2A27" w14:textId="77777777" w:rsidR="005407ED" w:rsidRPr="00E55974" w:rsidRDefault="00000000">
            <w:pPr>
              <w:rPr>
                <w:b/>
                <w:bCs/>
              </w:rPr>
            </w:pPr>
            <w:r w:rsidRPr="00E55974">
              <w:rPr>
                <w:b/>
                <w:bCs/>
              </w:rPr>
              <w:t>Product Code / Project Identifier</w:t>
            </w:r>
          </w:p>
        </w:tc>
        <w:tc>
          <w:tcPr>
            <w:tcW w:w="5697" w:type="dxa"/>
            <w:vAlign w:val="center"/>
          </w:tcPr>
          <w:p w14:paraId="2D6FE685" w14:textId="77777777" w:rsidR="005407ED" w:rsidRDefault="005407ED" w:rsidP="00A53A56">
            <w:pPr>
              <w:jc w:val="both"/>
            </w:pPr>
          </w:p>
        </w:tc>
      </w:tr>
      <w:tr w:rsidR="005407ED" w14:paraId="4C0FE3E9" w14:textId="77777777" w:rsidTr="00A53A56">
        <w:trPr>
          <w:trHeight w:val="567"/>
        </w:trPr>
        <w:tc>
          <w:tcPr>
            <w:tcW w:w="2943" w:type="dxa"/>
          </w:tcPr>
          <w:p w14:paraId="2E000E23" w14:textId="77777777" w:rsidR="007D62B1" w:rsidRPr="00E55974" w:rsidRDefault="00000000">
            <w:pPr>
              <w:rPr>
                <w:b/>
                <w:bCs/>
              </w:rPr>
            </w:pPr>
            <w:r w:rsidRPr="00E55974">
              <w:rPr>
                <w:b/>
                <w:bCs/>
              </w:rPr>
              <w:t xml:space="preserve">Overview of Product, Technology, or Development Seed </w:t>
            </w:r>
          </w:p>
          <w:p w14:paraId="37DC2820" w14:textId="7B99783C" w:rsidR="005407ED" w:rsidRPr="00E55974" w:rsidRDefault="007D62B1">
            <w:r w:rsidRPr="00E55974">
              <w:rPr>
                <w:rFonts w:hint="eastAsia"/>
                <w:lang w:eastAsia="ja-JP"/>
              </w:rPr>
              <w:t>（</w:t>
            </w:r>
            <w:r w:rsidR="00E55974" w:rsidRPr="00E55974">
              <w:t>Please attach additional supporting documents, if necessary.</w:t>
            </w:r>
            <w:r w:rsidRPr="00E55974">
              <w:rPr>
                <w:rFonts w:hint="eastAsia"/>
                <w:lang w:eastAsia="ja-JP"/>
              </w:rPr>
              <w:t>）</w:t>
            </w:r>
          </w:p>
        </w:tc>
        <w:tc>
          <w:tcPr>
            <w:tcW w:w="5697" w:type="dxa"/>
            <w:vAlign w:val="center"/>
          </w:tcPr>
          <w:p w14:paraId="13FC2B25" w14:textId="77777777" w:rsidR="005407ED" w:rsidRDefault="005407ED" w:rsidP="00A53A56">
            <w:pPr>
              <w:jc w:val="both"/>
            </w:pPr>
          </w:p>
        </w:tc>
      </w:tr>
      <w:tr w:rsidR="005407ED" w14:paraId="2C66396A" w14:textId="77777777" w:rsidTr="00A53A56">
        <w:trPr>
          <w:trHeight w:val="567"/>
        </w:trPr>
        <w:tc>
          <w:tcPr>
            <w:tcW w:w="2943" w:type="dxa"/>
          </w:tcPr>
          <w:p w14:paraId="7A29B673" w14:textId="59DC7068" w:rsidR="00E55974" w:rsidRPr="00E55974" w:rsidRDefault="00000000">
            <w:pPr>
              <w:rPr>
                <w:lang w:eastAsia="ja-JP"/>
              </w:rPr>
            </w:pPr>
            <w:r w:rsidRPr="00E55974">
              <w:rPr>
                <w:b/>
                <w:bCs/>
              </w:rPr>
              <w:t xml:space="preserve">Intellectual Property </w:t>
            </w:r>
            <w:r w:rsidR="00E55974" w:rsidRPr="00E55974">
              <w:rPr>
                <w:rFonts w:hint="eastAsia"/>
                <w:lang w:eastAsia="ja-JP"/>
              </w:rPr>
              <w:t>（</w:t>
            </w:r>
          </w:p>
          <w:p w14:paraId="18A747B3" w14:textId="4145166D" w:rsidR="005407ED" w:rsidRPr="00E55974" w:rsidRDefault="00000000">
            <w:pPr>
              <w:rPr>
                <w:b/>
                <w:bCs/>
              </w:rPr>
            </w:pPr>
            <w:r w:rsidRPr="00E55974">
              <w:t>IP</w:t>
            </w:r>
            <w:r w:rsidR="00E55974" w:rsidRPr="00E55974">
              <w:rPr>
                <w:rFonts w:hint="eastAsia"/>
                <w:lang w:eastAsia="ja-JP"/>
              </w:rPr>
              <w:t>）</w:t>
            </w:r>
            <w:r w:rsidRPr="00E55974">
              <w:rPr>
                <w:b/>
                <w:bCs/>
              </w:rPr>
              <w:t xml:space="preserve"> Status</w:t>
            </w:r>
          </w:p>
        </w:tc>
        <w:tc>
          <w:tcPr>
            <w:tcW w:w="5697" w:type="dxa"/>
            <w:vAlign w:val="center"/>
          </w:tcPr>
          <w:p w14:paraId="602D5D3D" w14:textId="77777777" w:rsidR="005407ED" w:rsidRDefault="00000000" w:rsidP="00A53A56">
            <w:pPr>
              <w:jc w:val="both"/>
            </w:pPr>
            <w:r>
              <w:t>☐ Patent(s) filed/granted   ☐ Not yet filed/granted</w:t>
            </w:r>
          </w:p>
          <w:p w14:paraId="647660A3" w14:textId="112B0237" w:rsidR="00A53A56" w:rsidRDefault="00A53A56" w:rsidP="00A53A56">
            <w:pPr>
              <w:jc w:val="both"/>
              <w:rPr>
                <w:lang w:eastAsia="ja-JP"/>
              </w:rPr>
            </w:pPr>
            <w:r>
              <w:rPr>
                <w:rFonts w:hint="eastAsia"/>
                <w:lang w:eastAsia="ja-JP"/>
              </w:rPr>
              <w:t>（</w:t>
            </w:r>
            <w:r w:rsidRPr="00A53A56">
              <w:t>Comments:</w:t>
            </w:r>
            <w:r>
              <w:t xml:space="preserve"> </w:t>
            </w:r>
            <w:r>
              <w:rPr>
                <w:rFonts w:hint="eastAsia"/>
                <w:lang w:eastAsia="ja-JP"/>
              </w:rPr>
              <w:t xml:space="preserve">　　　　　　　　　　　　　　　　　）</w:t>
            </w:r>
          </w:p>
        </w:tc>
      </w:tr>
      <w:tr w:rsidR="005407ED" w14:paraId="0341B08E" w14:textId="77777777" w:rsidTr="00A53A56">
        <w:trPr>
          <w:trHeight w:val="567"/>
        </w:trPr>
        <w:tc>
          <w:tcPr>
            <w:tcW w:w="2943" w:type="dxa"/>
          </w:tcPr>
          <w:p w14:paraId="68B55612" w14:textId="77777777" w:rsidR="005407ED" w:rsidRPr="00E55974" w:rsidRDefault="00000000">
            <w:pPr>
              <w:rPr>
                <w:b/>
                <w:bCs/>
              </w:rPr>
            </w:pPr>
            <w:r w:rsidRPr="00E55974">
              <w:rPr>
                <w:b/>
                <w:bCs/>
              </w:rPr>
              <w:t>Product Design / Development Concept</w:t>
            </w:r>
          </w:p>
        </w:tc>
        <w:tc>
          <w:tcPr>
            <w:tcW w:w="5697" w:type="dxa"/>
            <w:vAlign w:val="center"/>
          </w:tcPr>
          <w:p w14:paraId="5F0ECA68" w14:textId="77777777" w:rsidR="005407ED" w:rsidRDefault="00000000" w:rsidP="00A53A56">
            <w:pPr>
              <w:jc w:val="both"/>
            </w:pPr>
            <w:r>
              <w:t>☐ Completed   ☐ Under consideration</w:t>
            </w:r>
          </w:p>
          <w:p w14:paraId="0FB3E415" w14:textId="5577ED7E" w:rsidR="00A53A56" w:rsidRDefault="00A53A56" w:rsidP="00A53A56">
            <w:pPr>
              <w:jc w:val="both"/>
            </w:pPr>
            <w:r>
              <w:rPr>
                <w:rFonts w:hint="eastAsia"/>
                <w:lang w:eastAsia="ja-JP"/>
              </w:rPr>
              <w:t>（</w:t>
            </w:r>
            <w:r w:rsidRPr="00A53A56">
              <w:t>Comments:</w:t>
            </w:r>
            <w:r>
              <w:t xml:space="preserve"> </w:t>
            </w:r>
            <w:r>
              <w:rPr>
                <w:rFonts w:hint="eastAsia"/>
                <w:lang w:eastAsia="ja-JP"/>
              </w:rPr>
              <w:t xml:space="preserve">　　　　　　　　　　　　　　　　　）</w:t>
            </w:r>
          </w:p>
        </w:tc>
      </w:tr>
      <w:tr w:rsidR="005407ED" w14:paraId="3EAA3573" w14:textId="77777777" w:rsidTr="00A53A56">
        <w:trPr>
          <w:trHeight w:val="567"/>
        </w:trPr>
        <w:tc>
          <w:tcPr>
            <w:tcW w:w="2943" w:type="dxa"/>
          </w:tcPr>
          <w:p w14:paraId="0A1EF089" w14:textId="5A599E5D" w:rsidR="005407ED" w:rsidRPr="00E55974" w:rsidRDefault="00000000">
            <w:pPr>
              <w:rPr>
                <w:b/>
                <w:bCs/>
              </w:rPr>
            </w:pPr>
            <w:r w:rsidRPr="00E55974">
              <w:rPr>
                <w:b/>
                <w:bCs/>
              </w:rPr>
              <w:t xml:space="preserve">Manufacturing Process Development </w:t>
            </w:r>
            <w:r w:rsidR="00E55974" w:rsidRPr="00E55974">
              <w:rPr>
                <w:rFonts w:hint="eastAsia"/>
                <w:lang w:eastAsia="ja-JP"/>
              </w:rPr>
              <w:t>（</w:t>
            </w:r>
            <w:r w:rsidRPr="00E55974">
              <w:t>e.g</w:t>
            </w:r>
            <w:proofErr w:type="gramStart"/>
            <w:r w:rsidRPr="00E55974">
              <w:t>.,</w:t>
            </w:r>
            <w:proofErr w:type="gramEnd"/>
            <w:r w:rsidRPr="00E55974">
              <w:t xml:space="preserve"> through a CDMO</w:t>
            </w:r>
            <w:r w:rsidR="00E55974" w:rsidRPr="00E55974">
              <w:rPr>
                <w:rFonts w:hint="eastAsia"/>
                <w:lang w:eastAsia="ja-JP"/>
              </w:rPr>
              <w:t>）</w:t>
            </w:r>
          </w:p>
        </w:tc>
        <w:tc>
          <w:tcPr>
            <w:tcW w:w="5697" w:type="dxa"/>
            <w:vAlign w:val="center"/>
          </w:tcPr>
          <w:p w14:paraId="259D650B" w14:textId="77777777" w:rsidR="005407ED" w:rsidRDefault="00000000" w:rsidP="00A53A56">
            <w:pPr>
              <w:jc w:val="both"/>
            </w:pPr>
            <w:r>
              <w:t>☐ Completed   ☐ Under consideration</w:t>
            </w:r>
          </w:p>
          <w:p w14:paraId="5FFE6D0B" w14:textId="223A1736" w:rsidR="00A53A56" w:rsidRDefault="00A53A56" w:rsidP="00A53A56">
            <w:pPr>
              <w:jc w:val="both"/>
            </w:pPr>
            <w:r>
              <w:rPr>
                <w:rFonts w:hint="eastAsia"/>
                <w:lang w:eastAsia="ja-JP"/>
              </w:rPr>
              <w:t>（</w:t>
            </w:r>
            <w:r w:rsidRPr="00A53A56">
              <w:t>Comments:</w:t>
            </w:r>
            <w:r>
              <w:t xml:space="preserve"> </w:t>
            </w:r>
            <w:r>
              <w:rPr>
                <w:rFonts w:hint="eastAsia"/>
                <w:lang w:eastAsia="ja-JP"/>
              </w:rPr>
              <w:t xml:space="preserve">　　　　　　　　　　　　　　　　　）</w:t>
            </w:r>
          </w:p>
        </w:tc>
      </w:tr>
      <w:tr w:rsidR="005407ED" w14:paraId="6564A380" w14:textId="77777777" w:rsidTr="00A53A56">
        <w:trPr>
          <w:trHeight w:val="567"/>
        </w:trPr>
        <w:tc>
          <w:tcPr>
            <w:tcW w:w="2943" w:type="dxa"/>
          </w:tcPr>
          <w:p w14:paraId="22D14E00" w14:textId="77777777" w:rsidR="005407ED" w:rsidRPr="00E55974" w:rsidRDefault="00000000">
            <w:pPr>
              <w:rPr>
                <w:b/>
                <w:bCs/>
              </w:rPr>
            </w:pPr>
            <w:r w:rsidRPr="00E55974">
              <w:rPr>
                <w:b/>
                <w:bCs/>
              </w:rPr>
              <w:t>Target Indication Selection</w:t>
            </w:r>
          </w:p>
        </w:tc>
        <w:tc>
          <w:tcPr>
            <w:tcW w:w="5697" w:type="dxa"/>
            <w:vAlign w:val="center"/>
          </w:tcPr>
          <w:p w14:paraId="772B6C4A" w14:textId="77777777" w:rsidR="005407ED" w:rsidRDefault="00000000" w:rsidP="00A53A56">
            <w:pPr>
              <w:jc w:val="both"/>
            </w:pPr>
            <w:r>
              <w:t>☐ Completed   ☐ Under consideration</w:t>
            </w:r>
          </w:p>
          <w:p w14:paraId="52AA2BF1" w14:textId="57E63A6F" w:rsidR="00A53A56" w:rsidRDefault="00A53A56" w:rsidP="00A53A56">
            <w:pPr>
              <w:jc w:val="both"/>
            </w:pPr>
            <w:r>
              <w:rPr>
                <w:rFonts w:hint="eastAsia"/>
                <w:lang w:eastAsia="ja-JP"/>
              </w:rPr>
              <w:t>（</w:t>
            </w:r>
            <w:r w:rsidRPr="00A53A56">
              <w:t>Comments:</w:t>
            </w:r>
            <w:r>
              <w:t xml:space="preserve"> </w:t>
            </w:r>
            <w:r>
              <w:rPr>
                <w:rFonts w:hint="eastAsia"/>
                <w:lang w:eastAsia="ja-JP"/>
              </w:rPr>
              <w:t xml:space="preserve">　　　　　　　　　　　　　　　　　）</w:t>
            </w:r>
          </w:p>
        </w:tc>
      </w:tr>
      <w:tr w:rsidR="005407ED" w14:paraId="4C391F09" w14:textId="77777777" w:rsidTr="00A53A56">
        <w:trPr>
          <w:trHeight w:val="567"/>
        </w:trPr>
        <w:tc>
          <w:tcPr>
            <w:tcW w:w="2943" w:type="dxa"/>
          </w:tcPr>
          <w:p w14:paraId="60E1555E" w14:textId="77777777" w:rsidR="005407ED" w:rsidRPr="00E55974" w:rsidRDefault="00000000">
            <w:pPr>
              <w:rPr>
                <w:b/>
                <w:bCs/>
              </w:rPr>
            </w:pPr>
            <w:r w:rsidRPr="00E55974">
              <w:rPr>
                <w:b/>
                <w:bCs/>
              </w:rPr>
              <w:lastRenderedPageBreak/>
              <w:t>Route of Administration and Dosing Regimen Selection</w:t>
            </w:r>
          </w:p>
        </w:tc>
        <w:tc>
          <w:tcPr>
            <w:tcW w:w="5697" w:type="dxa"/>
            <w:vAlign w:val="center"/>
          </w:tcPr>
          <w:p w14:paraId="17F4B0DD" w14:textId="77777777" w:rsidR="005407ED" w:rsidRDefault="00000000" w:rsidP="00A53A56">
            <w:pPr>
              <w:jc w:val="both"/>
            </w:pPr>
            <w:r>
              <w:t>☐ Completed   ☐ Under consideration</w:t>
            </w:r>
          </w:p>
          <w:p w14:paraId="3F94D841" w14:textId="2131CC1A" w:rsidR="00A53A56" w:rsidRDefault="00A53A56" w:rsidP="00A53A56">
            <w:pPr>
              <w:jc w:val="both"/>
            </w:pPr>
            <w:r>
              <w:rPr>
                <w:rFonts w:hint="eastAsia"/>
                <w:lang w:eastAsia="ja-JP"/>
              </w:rPr>
              <w:t>（</w:t>
            </w:r>
            <w:r w:rsidRPr="00A53A56">
              <w:t>Comments:</w:t>
            </w:r>
            <w:r>
              <w:t xml:space="preserve"> </w:t>
            </w:r>
            <w:r>
              <w:rPr>
                <w:rFonts w:hint="eastAsia"/>
                <w:lang w:eastAsia="ja-JP"/>
              </w:rPr>
              <w:t xml:space="preserve">　　　　　　　　　　　　　　　　　）</w:t>
            </w:r>
          </w:p>
        </w:tc>
      </w:tr>
      <w:tr w:rsidR="005407ED" w14:paraId="41FA530B" w14:textId="77777777" w:rsidTr="007D62B1">
        <w:trPr>
          <w:trHeight w:val="567"/>
        </w:trPr>
        <w:tc>
          <w:tcPr>
            <w:tcW w:w="2943" w:type="dxa"/>
            <w:vAlign w:val="center"/>
          </w:tcPr>
          <w:p w14:paraId="46688BEA" w14:textId="77777777" w:rsidR="005407ED" w:rsidRPr="00E55974" w:rsidRDefault="00000000" w:rsidP="00E55974">
            <w:pPr>
              <w:rPr>
                <w:b/>
                <w:bCs/>
              </w:rPr>
            </w:pPr>
            <w:r w:rsidRPr="00E55974">
              <w:rPr>
                <w:b/>
                <w:bCs/>
              </w:rPr>
              <w:t>Anticipated Initiation of Clinical Trial</w:t>
            </w:r>
          </w:p>
        </w:tc>
        <w:tc>
          <w:tcPr>
            <w:tcW w:w="5697" w:type="dxa"/>
            <w:vAlign w:val="center"/>
          </w:tcPr>
          <w:p w14:paraId="33CC5C36" w14:textId="77777777" w:rsidR="005407ED" w:rsidRDefault="005407ED" w:rsidP="007D62B1">
            <w:pPr>
              <w:jc w:val="both"/>
            </w:pPr>
          </w:p>
        </w:tc>
      </w:tr>
      <w:tr w:rsidR="005407ED" w14:paraId="7213EAB3" w14:textId="77777777" w:rsidTr="007D62B1">
        <w:trPr>
          <w:trHeight w:val="567"/>
        </w:trPr>
        <w:tc>
          <w:tcPr>
            <w:tcW w:w="2943" w:type="dxa"/>
            <w:vAlign w:val="center"/>
          </w:tcPr>
          <w:p w14:paraId="3B509527" w14:textId="77777777" w:rsidR="005407ED" w:rsidRPr="00E55974" w:rsidRDefault="00000000" w:rsidP="00E55974">
            <w:pPr>
              <w:rPr>
                <w:b/>
                <w:bCs/>
              </w:rPr>
            </w:pPr>
            <w:r w:rsidRPr="00E55974">
              <w:rPr>
                <w:b/>
                <w:bCs/>
              </w:rPr>
              <w:t>Requested Areas of Support</w:t>
            </w:r>
          </w:p>
        </w:tc>
        <w:tc>
          <w:tcPr>
            <w:tcW w:w="5697" w:type="dxa"/>
            <w:vAlign w:val="center"/>
          </w:tcPr>
          <w:p w14:paraId="7F8B1F26" w14:textId="77777777" w:rsidR="00C03EA8" w:rsidRDefault="00000000" w:rsidP="007D62B1">
            <w:pPr>
              <w:jc w:val="both"/>
            </w:pPr>
            <w:r>
              <w:t xml:space="preserve">☐ Nonclinical Efficacy </w:t>
            </w:r>
            <w:proofErr w:type="gramStart"/>
            <w:r>
              <w:t>Evaluation  ☐</w:t>
            </w:r>
            <w:proofErr w:type="gramEnd"/>
            <w:r>
              <w:t xml:space="preserve"> </w:t>
            </w:r>
            <w:r w:rsidR="00C03EA8">
              <w:rPr>
                <w:rFonts w:hint="eastAsia"/>
                <w:lang w:eastAsia="ja-JP"/>
              </w:rPr>
              <w:t>CMC (</w:t>
            </w:r>
            <w:r>
              <w:t xml:space="preserve">Manufacturing and Quality </w:t>
            </w:r>
            <w:proofErr w:type="gramStart"/>
            <w:r>
              <w:t>Control)  ☐</w:t>
            </w:r>
            <w:proofErr w:type="gramEnd"/>
            <w:r>
              <w:t xml:space="preserve"> Toxicology Studies  </w:t>
            </w:r>
          </w:p>
          <w:p w14:paraId="32F798C0" w14:textId="77777777" w:rsidR="005407ED" w:rsidRDefault="00000000" w:rsidP="007D62B1">
            <w:pPr>
              <w:jc w:val="both"/>
            </w:pPr>
            <w:r>
              <w:t xml:space="preserve">☐ Pharmacology </w:t>
            </w:r>
            <w:proofErr w:type="gramStart"/>
            <w:r>
              <w:t>Studies  ☐</w:t>
            </w:r>
            <w:proofErr w:type="gramEnd"/>
            <w:r>
              <w:t xml:space="preserve"> ADME </w:t>
            </w:r>
            <w:proofErr w:type="gramStart"/>
            <w:r>
              <w:t>Evaluation  ☐</w:t>
            </w:r>
            <w:proofErr w:type="gramEnd"/>
            <w:r>
              <w:t xml:space="preserve"> Clinical Development / Clinical </w:t>
            </w:r>
            <w:proofErr w:type="gramStart"/>
            <w:r>
              <w:t>Trials  ☐</w:t>
            </w:r>
            <w:proofErr w:type="gramEnd"/>
            <w:r>
              <w:t xml:space="preserve"> Regulatory Consultation</w:t>
            </w:r>
          </w:p>
          <w:p w14:paraId="1D76CFF0" w14:textId="34ADFED8" w:rsidR="00C03EA8" w:rsidRPr="00C03EA8" w:rsidRDefault="00C03EA8" w:rsidP="007D62B1">
            <w:pPr>
              <w:jc w:val="both"/>
              <w:rPr>
                <w:lang w:eastAsia="ja-JP"/>
              </w:rPr>
            </w:pPr>
            <w:r w:rsidRPr="00C03EA8">
              <w:rPr>
                <w:rFonts w:ascii="Segoe UI Symbol" w:hAnsi="Segoe UI Symbol" w:cs="Segoe UI Symbol"/>
              </w:rPr>
              <w:t>☐</w:t>
            </w:r>
            <w:r w:rsidRPr="00C03EA8">
              <w:t xml:space="preserve"> Other</w:t>
            </w:r>
            <w:r w:rsidR="00E55974">
              <w:rPr>
                <w:rFonts w:hint="eastAsia"/>
                <w:lang w:eastAsia="ja-JP"/>
              </w:rPr>
              <w:t>（</w:t>
            </w:r>
            <w:r w:rsidRPr="00C03EA8">
              <w:t>please specify</w:t>
            </w:r>
            <w:r w:rsidR="00E55974">
              <w:rPr>
                <w:rFonts w:hint="eastAsia"/>
                <w:lang w:eastAsia="ja-JP"/>
              </w:rPr>
              <w:t>）</w:t>
            </w:r>
            <w:r w:rsidRPr="00C03EA8">
              <w:t>:</w:t>
            </w:r>
          </w:p>
        </w:tc>
      </w:tr>
      <w:tr w:rsidR="005407ED" w14:paraId="7EB9E333" w14:textId="77777777" w:rsidTr="00E55974">
        <w:trPr>
          <w:trHeight w:val="567"/>
        </w:trPr>
        <w:tc>
          <w:tcPr>
            <w:tcW w:w="2943" w:type="dxa"/>
            <w:vAlign w:val="center"/>
          </w:tcPr>
          <w:p w14:paraId="67B6DB3E" w14:textId="77777777" w:rsidR="005407ED" w:rsidRPr="00E55974" w:rsidRDefault="00000000" w:rsidP="00E55974">
            <w:pPr>
              <w:rPr>
                <w:b/>
                <w:bCs/>
              </w:rPr>
            </w:pPr>
            <w:r w:rsidRPr="00E55974">
              <w:rPr>
                <w:b/>
                <w:bCs/>
              </w:rPr>
              <w:t>Preferred Format for the Initial Meeting</w:t>
            </w:r>
          </w:p>
          <w:p w14:paraId="011FBDEE" w14:textId="3D8F92A6" w:rsidR="007D62B1" w:rsidRDefault="007D62B1" w:rsidP="00E55974">
            <w:pPr>
              <w:rPr>
                <w:lang w:eastAsia="ja-JP"/>
              </w:rPr>
            </w:pPr>
            <w:r w:rsidRPr="007D62B1">
              <w:rPr>
                <w:rFonts w:hint="eastAsia"/>
                <w:sz w:val="16"/>
                <w:szCs w:val="16"/>
                <w:lang w:eastAsia="ja-JP"/>
              </w:rPr>
              <w:t>（</w:t>
            </w:r>
            <w:r w:rsidRPr="007D62B1">
              <w:rPr>
                <w:sz w:val="16"/>
                <w:szCs w:val="16"/>
                <w:lang w:eastAsia="ja-JP"/>
              </w:rPr>
              <w:t>In-person meetings will be held at the National Cancer Center Hospital East</w:t>
            </w:r>
            <w:r w:rsidRPr="007D62B1">
              <w:rPr>
                <w:rFonts w:hint="eastAsia"/>
                <w:sz w:val="16"/>
                <w:szCs w:val="16"/>
                <w:lang w:eastAsia="ja-JP"/>
              </w:rPr>
              <w:t xml:space="preserve"> </w:t>
            </w:r>
            <w:r w:rsidRPr="007D62B1">
              <w:rPr>
                <w:sz w:val="16"/>
                <w:szCs w:val="16"/>
                <w:lang w:eastAsia="ja-JP"/>
              </w:rPr>
              <w:t>(Kashiwa-no-ha Campus).</w:t>
            </w:r>
            <w:r w:rsidRPr="007D62B1">
              <w:rPr>
                <w:rFonts w:hint="eastAsia"/>
                <w:sz w:val="16"/>
                <w:szCs w:val="16"/>
                <w:lang w:eastAsia="ja-JP"/>
              </w:rPr>
              <w:t>）</w:t>
            </w:r>
          </w:p>
        </w:tc>
        <w:tc>
          <w:tcPr>
            <w:tcW w:w="5697" w:type="dxa"/>
            <w:vAlign w:val="center"/>
          </w:tcPr>
          <w:p w14:paraId="554CC554" w14:textId="7D3B13DC" w:rsidR="007D62B1" w:rsidRDefault="00000000" w:rsidP="007D62B1">
            <w:pPr>
              <w:jc w:val="both"/>
              <w:rPr>
                <w:lang w:eastAsia="ja-JP"/>
              </w:rPr>
            </w:pPr>
            <w:r>
              <w:t>☐ In-Person Meeting   ☐ Virtual Meeting</w:t>
            </w:r>
            <w:r w:rsidR="007D62B1">
              <w:rPr>
                <w:rFonts w:hint="eastAsia"/>
                <w:lang w:eastAsia="ja-JP"/>
              </w:rPr>
              <w:t xml:space="preserve">　</w:t>
            </w:r>
          </w:p>
          <w:p w14:paraId="39C61254" w14:textId="5BE0251E" w:rsidR="00C03EA8" w:rsidRDefault="00C03EA8" w:rsidP="007D62B1">
            <w:pPr>
              <w:spacing w:beforeLines="50" w:before="120"/>
              <w:jc w:val="both"/>
            </w:pPr>
            <w:r w:rsidRPr="007D62B1">
              <w:rPr>
                <w:sz w:val="20"/>
                <w:szCs w:val="20"/>
              </w:rPr>
              <w:t>If some participants attend in person while others join virtually, please select both options.</w:t>
            </w:r>
          </w:p>
        </w:tc>
      </w:tr>
      <w:tr w:rsidR="005407ED" w14:paraId="256571BD" w14:textId="77777777" w:rsidTr="00E55974">
        <w:trPr>
          <w:trHeight w:val="567"/>
        </w:trPr>
        <w:tc>
          <w:tcPr>
            <w:tcW w:w="2943" w:type="dxa"/>
            <w:vAlign w:val="center"/>
          </w:tcPr>
          <w:p w14:paraId="59B495C3" w14:textId="77777777" w:rsidR="005407ED" w:rsidRPr="00E55974" w:rsidRDefault="00000000" w:rsidP="00E55974">
            <w:pPr>
              <w:rPr>
                <w:b/>
                <w:bCs/>
              </w:rPr>
            </w:pPr>
            <w:r w:rsidRPr="00E55974">
              <w:rPr>
                <w:b/>
                <w:bCs/>
              </w:rPr>
              <w:t>Preferred Dates and Times for the Initial Meeting</w:t>
            </w:r>
          </w:p>
          <w:p w14:paraId="3C4E1A28" w14:textId="6874231A" w:rsidR="007D62B1" w:rsidRDefault="007D62B1" w:rsidP="00E55974">
            <w:r w:rsidRPr="007D62B1">
              <w:rPr>
                <w:rFonts w:hint="eastAsia"/>
                <w:sz w:val="16"/>
                <w:szCs w:val="16"/>
                <w:lang w:eastAsia="ja-JP"/>
              </w:rPr>
              <w:t>（</w:t>
            </w:r>
            <w:r w:rsidRPr="007D62B1">
              <w:rPr>
                <w:sz w:val="16"/>
                <w:szCs w:val="16"/>
                <w:lang w:eastAsia="ja-JP"/>
              </w:rPr>
              <w:t>Please provide multiple preferred dates and times at least 1-2 weeks after the application date. The meeting will be approximately 1 hour in duration.</w:t>
            </w:r>
            <w:r w:rsidRPr="007D62B1">
              <w:rPr>
                <w:rFonts w:hint="eastAsia"/>
                <w:sz w:val="16"/>
                <w:szCs w:val="16"/>
                <w:lang w:eastAsia="ja-JP"/>
              </w:rPr>
              <w:t>）</w:t>
            </w:r>
          </w:p>
        </w:tc>
        <w:tc>
          <w:tcPr>
            <w:tcW w:w="5697" w:type="dxa"/>
            <w:vAlign w:val="center"/>
          </w:tcPr>
          <w:p w14:paraId="1B4E4979" w14:textId="77777777" w:rsidR="005407ED" w:rsidRDefault="005407ED" w:rsidP="007D62B1">
            <w:pPr>
              <w:jc w:val="both"/>
            </w:pPr>
          </w:p>
        </w:tc>
      </w:tr>
      <w:tr w:rsidR="005407ED" w14:paraId="7F0126D3" w14:textId="77777777" w:rsidTr="007D62B1">
        <w:trPr>
          <w:trHeight w:val="567"/>
        </w:trPr>
        <w:tc>
          <w:tcPr>
            <w:tcW w:w="2943" w:type="dxa"/>
            <w:vAlign w:val="center"/>
          </w:tcPr>
          <w:p w14:paraId="3FC91DC7" w14:textId="77777777" w:rsidR="005407ED" w:rsidRPr="00150116" w:rsidRDefault="00000000" w:rsidP="00E55974">
            <w:pPr>
              <w:rPr>
                <w:b/>
                <w:bCs/>
              </w:rPr>
            </w:pPr>
            <w:r w:rsidRPr="00150116">
              <w:rPr>
                <w:b/>
                <w:bCs/>
              </w:rPr>
              <w:t>Additional Comments</w:t>
            </w:r>
          </w:p>
        </w:tc>
        <w:tc>
          <w:tcPr>
            <w:tcW w:w="5697" w:type="dxa"/>
            <w:vAlign w:val="center"/>
          </w:tcPr>
          <w:p w14:paraId="21882506" w14:textId="77777777" w:rsidR="005407ED" w:rsidRDefault="005407ED" w:rsidP="007D62B1">
            <w:pPr>
              <w:jc w:val="both"/>
            </w:pPr>
          </w:p>
        </w:tc>
      </w:tr>
    </w:tbl>
    <w:p w14:paraId="054779D3" w14:textId="1F1D3156" w:rsidR="005407ED" w:rsidRDefault="00000000" w:rsidP="00E35DE7">
      <w:pPr>
        <w:spacing w:beforeLines="100" w:before="240" w:after="120"/>
      </w:pPr>
      <w:r>
        <w:t>Notes</w:t>
      </w:r>
    </w:p>
    <w:p w14:paraId="3B1EB484" w14:textId="38D9B0C2" w:rsidR="007948FF" w:rsidRDefault="007948FF" w:rsidP="007948FF">
      <w:pPr>
        <w:pStyle w:val="ae"/>
        <w:numPr>
          <w:ilvl w:val="0"/>
          <w:numId w:val="13"/>
        </w:numPr>
        <w:spacing w:after="120"/>
      </w:pPr>
      <w:r>
        <w:t>The information provided in this application form and any accompanying materials will</w:t>
      </w:r>
      <w:r>
        <w:rPr>
          <w:rFonts w:hint="eastAsia"/>
          <w:lang w:eastAsia="ja-JP"/>
        </w:rPr>
        <w:t xml:space="preserve"> </w:t>
      </w:r>
      <w:r>
        <w:t xml:space="preserve">be shared solely with National Cancer Center Japan personnel and external experts involved in </w:t>
      </w:r>
      <w:r w:rsidR="00E51110">
        <w:rPr>
          <w:rFonts w:hint="eastAsia"/>
          <w:lang w:eastAsia="ja-JP"/>
        </w:rPr>
        <w:t>this</w:t>
      </w:r>
      <w:r>
        <w:t xml:space="preserve"> Early Clinical Development Support Program. All such external experts are subject to confidentiality agreements with the National Cancer Center Japan.</w:t>
      </w:r>
    </w:p>
    <w:p w14:paraId="534898E8" w14:textId="2AFCF737" w:rsidR="007948FF" w:rsidRDefault="007948FF" w:rsidP="007948FF">
      <w:pPr>
        <w:pStyle w:val="ae"/>
        <w:numPr>
          <w:ilvl w:val="0"/>
          <w:numId w:val="13"/>
        </w:numPr>
        <w:spacing w:after="120"/>
      </w:pPr>
      <w:r w:rsidRPr="007948FF">
        <w:t>Please note that submission of an application does not guarantee acceptance into the program. Requests will be reviewed in consideration of the program objectives and available institutional resources, and we may not be able to provide support for all requests.</w:t>
      </w:r>
    </w:p>
    <w:sectPr w:rsidR="007948FF" w:rsidSect="000346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0D68B" w14:textId="77777777" w:rsidR="000374E2" w:rsidRDefault="000374E2" w:rsidP="006E7130">
      <w:pPr>
        <w:spacing w:after="0" w:line="240" w:lineRule="auto"/>
      </w:pPr>
      <w:r>
        <w:separator/>
      </w:r>
    </w:p>
  </w:endnote>
  <w:endnote w:type="continuationSeparator" w:id="0">
    <w:p w14:paraId="2E8C333E" w14:textId="77777777" w:rsidR="000374E2" w:rsidRDefault="000374E2" w:rsidP="006E71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CDED53" w14:textId="77777777" w:rsidR="000374E2" w:rsidRDefault="000374E2" w:rsidP="006E7130">
      <w:pPr>
        <w:spacing w:after="0" w:line="240" w:lineRule="auto"/>
      </w:pPr>
      <w:r>
        <w:separator/>
      </w:r>
    </w:p>
  </w:footnote>
  <w:footnote w:type="continuationSeparator" w:id="0">
    <w:p w14:paraId="156D2A1A" w14:textId="77777777" w:rsidR="000374E2" w:rsidRDefault="000374E2" w:rsidP="006E71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93A47854"/>
    <w:lvl w:ilvl="0">
      <w:start w:val="1"/>
      <w:numFmt w:val="decimal"/>
      <w:pStyle w:val="a"/>
      <w:lvlText w:val="%1."/>
      <w:lvlJc w:val="left"/>
      <w:pPr>
        <w:tabs>
          <w:tab w:val="num" w:pos="360"/>
        </w:tabs>
        <w:ind w:left="360" w:hangingChars="20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32FD535B"/>
    <w:multiLevelType w:val="hybridMultilevel"/>
    <w:tmpl w:val="29842F48"/>
    <w:lvl w:ilvl="0" w:tplc="BFEA1B7E">
      <w:numFmt w:val="bullet"/>
      <w:lvlText w:val="-"/>
      <w:lvlJc w:val="left"/>
      <w:pPr>
        <w:ind w:left="360" w:hanging="360"/>
      </w:pPr>
      <w:rPr>
        <w:rFonts w:ascii="Cambria" w:eastAsiaTheme="minorEastAsia" w:hAnsi="Cambria" w:cstheme="minorBidi"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407F76E5"/>
    <w:multiLevelType w:val="hybridMultilevel"/>
    <w:tmpl w:val="15ACD228"/>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5D7D50F7"/>
    <w:multiLevelType w:val="hybridMultilevel"/>
    <w:tmpl w:val="7FBCEBC0"/>
    <w:lvl w:ilvl="0" w:tplc="49942BCC">
      <w:numFmt w:val="bullet"/>
      <w:lvlText w:val="-"/>
      <w:lvlJc w:val="left"/>
      <w:pPr>
        <w:ind w:left="580" w:hanging="360"/>
      </w:pPr>
      <w:rPr>
        <w:rFonts w:ascii="Cambria" w:eastAsiaTheme="minorEastAsia" w:hAnsi="Cambria" w:cstheme="minorBidi" w:hint="default"/>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num w:numId="1" w16cid:durableId="121265014">
    <w:abstractNumId w:val="8"/>
  </w:num>
  <w:num w:numId="2" w16cid:durableId="631907512">
    <w:abstractNumId w:val="6"/>
  </w:num>
  <w:num w:numId="3" w16cid:durableId="1767269484">
    <w:abstractNumId w:val="5"/>
  </w:num>
  <w:num w:numId="4" w16cid:durableId="892078906">
    <w:abstractNumId w:val="4"/>
  </w:num>
  <w:num w:numId="5" w16cid:durableId="115562551">
    <w:abstractNumId w:val="7"/>
  </w:num>
  <w:num w:numId="6" w16cid:durableId="770927934">
    <w:abstractNumId w:val="3"/>
  </w:num>
  <w:num w:numId="7" w16cid:durableId="1930772718">
    <w:abstractNumId w:val="2"/>
  </w:num>
  <w:num w:numId="8" w16cid:durableId="1086456651">
    <w:abstractNumId w:val="1"/>
  </w:num>
  <w:num w:numId="9" w16cid:durableId="16349642">
    <w:abstractNumId w:val="0"/>
  </w:num>
  <w:num w:numId="10" w16cid:durableId="2105494036">
    <w:abstractNumId w:val="11"/>
  </w:num>
  <w:num w:numId="11" w16cid:durableId="671837430">
    <w:abstractNumId w:val="9"/>
  </w:num>
  <w:num w:numId="12" w16cid:durableId="321013234">
    <w:abstractNumId w:val="7"/>
  </w:num>
  <w:num w:numId="13" w16cid:durableId="1798840183">
    <w:abstractNumId w:val="10"/>
  </w:num>
  <w:num w:numId="14" w16cid:durableId="1695645655">
    <w:abstractNumId w:val="7"/>
  </w:num>
  <w:num w:numId="15" w16cid:durableId="142942455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74E2"/>
    <w:rsid w:val="0006063C"/>
    <w:rsid w:val="001034A7"/>
    <w:rsid w:val="001071DC"/>
    <w:rsid w:val="00126C38"/>
    <w:rsid w:val="00150116"/>
    <w:rsid w:val="0015074B"/>
    <w:rsid w:val="00151917"/>
    <w:rsid w:val="00156650"/>
    <w:rsid w:val="001A21C3"/>
    <w:rsid w:val="001B64AA"/>
    <w:rsid w:val="0029639D"/>
    <w:rsid w:val="003024BE"/>
    <w:rsid w:val="00326F90"/>
    <w:rsid w:val="003B62D0"/>
    <w:rsid w:val="005407ED"/>
    <w:rsid w:val="00622454"/>
    <w:rsid w:val="006A688F"/>
    <w:rsid w:val="006C6D60"/>
    <w:rsid w:val="006E0BDA"/>
    <w:rsid w:val="006E7130"/>
    <w:rsid w:val="0076568D"/>
    <w:rsid w:val="007948FF"/>
    <w:rsid w:val="007D62B1"/>
    <w:rsid w:val="007E7007"/>
    <w:rsid w:val="008B0B0F"/>
    <w:rsid w:val="008C7F85"/>
    <w:rsid w:val="009524B2"/>
    <w:rsid w:val="00A53A56"/>
    <w:rsid w:val="00A944F2"/>
    <w:rsid w:val="00AA1D8D"/>
    <w:rsid w:val="00AD2B0F"/>
    <w:rsid w:val="00B1540A"/>
    <w:rsid w:val="00B47730"/>
    <w:rsid w:val="00C03EA8"/>
    <w:rsid w:val="00CB0664"/>
    <w:rsid w:val="00CB2B1A"/>
    <w:rsid w:val="00CC530A"/>
    <w:rsid w:val="00D25236"/>
    <w:rsid w:val="00E10693"/>
    <w:rsid w:val="00E3594C"/>
    <w:rsid w:val="00E35DE7"/>
    <w:rsid w:val="00E51110"/>
    <w:rsid w:val="00E55974"/>
    <w:rsid w:val="00E91F36"/>
    <w:rsid w:val="00F1558D"/>
    <w:rsid w:val="00F44DE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5A665F32"/>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
    <w:name w:val="annotation reference"/>
    <w:basedOn w:val="a2"/>
    <w:uiPriority w:val="99"/>
    <w:semiHidden/>
    <w:unhideWhenUsed/>
    <w:rsid w:val="00E55974"/>
    <w:rPr>
      <w:sz w:val="18"/>
      <w:szCs w:val="18"/>
    </w:rPr>
  </w:style>
  <w:style w:type="paragraph" w:styleId="aff0">
    <w:name w:val="annotation text"/>
    <w:basedOn w:val="a1"/>
    <w:link w:val="aff1"/>
    <w:uiPriority w:val="99"/>
    <w:unhideWhenUsed/>
    <w:rsid w:val="00E55974"/>
  </w:style>
  <w:style w:type="character" w:customStyle="1" w:styleId="aff1">
    <w:name w:val="コメント文字列 (文字)"/>
    <w:basedOn w:val="a2"/>
    <w:link w:val="aff0"/>
    <w:uiPriority w:val="99"/>
    <w:rsid w:val="00E55974"/>
  </w:style>
  <w:style w:type="paragraph" w:styleId="aff2">
    <w:name w:val="annotation subject"/>
    <w:basedOn w:val="aff0"/>
    <w:next w:val="aff0"/>
    <w:link w:val="aff3"/>
    <w:uiPriority w:val="99"/>
    <w:semiHidden/>
    <w:unhideWhenUsed/>
    <w:rsid w:val="00E55974"/>
    <w:rPr>
      <w:b/>
      <w:bCs/>
    </w:rPr>
  </w:style>
  <w:style w:type="character" w:customStyle="1" w:styleId="aff3">
    <w:name w:val="コメント内容 (文字)"/>
    <w:basedOn w:val="aff1"/>
    <w:link w:val="aff2"/>
    <w:uiPriority w:val="99"/>
    <w:semiHidden/>
    <w:rsid w:val="00E55974"/>
    <w:rPr>
      <w:b/>
      <w:bCs/>
    </w:rPr>
  </w:style>
  <w:style w:type="paragraph" w:styleId="aff4">
    <w:name w:val="Revision"/>
    <w:hidden/>
    <w:uiPriority w:val="99"/>
    <w:semiHidden/>
    <w:rsid w:val="00E5111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392</Words>
  <Characters>2240</Characters>
  <Application>Microsoft Office Word</Application>
  <DocSecurity>0</DocSecurity>
  <Lines>18</Lines>
  <Paragraphs>5</Paragraphs>
  <ScaleCrop>false</ScaleCrop>
  <Manager/>
  <Company/>
  <LinksUpToDate>false</LinksUpToDate>
  <CharactersWithSpaces>2627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2026-08-21T04:16:00Z</dcterms:created>
  <dcterms:modified xsi:type="dcterms:W3CDTF">2026-08-21T04:16:00Z</dcterms:modified>
  <cp:category/>
</cp:coreProperties>
</file>